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שברים עשרוניים ואומדן מכפלות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חיבור וחיסור של שברים עשרוניים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כפל ב-10/100/1,000 מזיז את הנקודה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אומדן מכפלות על ידי עיגול לגורמים נוחים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שני מקומות ימינה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לסדר נקודה מתחת לנקודה ולהוסיף אפס אם צריך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חיבור וחיסור של עשרוניים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1. 11.46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2. 8.3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אפשר להוסיף אפסים אחרי הנקודה בלי לשנות את הערך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חייבים לסדר נקודה מתחת לנקודה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מספר קרוב ל-1 כמעט לא מגדיל ולא מקטין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מכפלה לאומדן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(כ-40)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(כ-40)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(כ-50)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אומדן וחישוב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מעגלים ל-30×2=60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2. 8.31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הסבר במילים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מסביר שכפל במספר קטן מ-1 מקטין את התוצאה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הנקודה זזה שלושה מקומות ימינה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מעגלים כל גורם למספר נוח ומכפילים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6.93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לפתור את חלק ה-fill בזוגות ואז להשוות תשובות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לחלק החלש אפשר להשמיט את הפריטים המסומנים כקשים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על הלוח את דוגמת האומדן 39.8 × 1.03 לפני התרגול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שברים עשרוניים ואומדן מכפלות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חיבור, חיסור וכפל של שברים עשרוניים, וגם נלמד להעריך מכפלה מהר בלי לחשב בדיוק.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11.46  ·  8.3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בכפל במספר 100, הנקודה העשרונית זזה: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מקום אחד ימינה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שני מקומות שמאלה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שני מקומות ימינה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כדי לחבר 3.4 ועוד 2.75, הכי נכון: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לסדר נקודה מתחת לנקודה ולהוסיף אפס אם צריך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לחבר כאילו אין נקודה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לחבר רק את הספרות השלמות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חיבור וחיסור של עשרוניים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8.76 + 2.7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7.7 + 0.6 =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2.5 שווה ל-2.50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כדי לחבר עשרוניים אפשר לחבר בלי לשים לב למקום הנקודה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כפל במספר קרוב ל-1 כמעט לא משנה את התוצאה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מכפלה לאומדן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39.8 × 1.03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כ-50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19.6 × 2.01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כ-40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9.9 × 5.2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כ-40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אומדן וחישוב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איך אפשר להעריך מהר את המכפלה 29.9 × 2.1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חשבו: 9.58 − 1.27 = 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הסבר במילים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איך אפשר לדעת בלי לחשב שהמכפלה 60.2 × 0.98 קטנה מ-60.2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קורה לנקודה העשרונית כשכופלים ב-1,000?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איך מעריכים מכפלה בלי לחשב בדיוק?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שברים עשרוניים ואומדן מכפלות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