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עשרוניים ואומדן מכפלות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של שברים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כפל ב-10/100/1,000 מזיז את הנקודה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מכפלות על ידי עיגול לגורמים נוחים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 מקומות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לסדר נקודה מתחת לנקודה ולהוסיף אפס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חצי מהמספר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סכום הספרות אחרי הנקודה בשני הגורמים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חיבור וחיסור של עשרוניים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1. 11.46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2. 7.1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3. 8.3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4. 7.27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5. 12.31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6. 9.16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להוסיף אפסים אחרי הנקודה בלי לשנות את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לסדר נקודה מתחת לנקודה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מספר קרוב ל-1 כמעט לא מגדיל ולא מקטין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האומדן הנכון הוא בערך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מחשבים מהר בלי דיוק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מכפלה לאומדן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(כ-40)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(כ-60)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(כ-40)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(כ-50)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(כ-2.5)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אומדן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מעגלים ל-30×2=60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מעגלים ל-10×5=50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3. 8.31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4. 5.77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שכפל במספר קטן מ-1 מקטין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הנקודה זזה שלושה מקומות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מעגלים כל גורם למספר נוח ומכפילים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6.93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ה-fill בזוגות ואז להשוות תשובות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החלש אפשר להשמיט את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דוגמת האומדן 39.8 × 1.03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עשרוניים ואומדן מכפלות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לחבר, לחסר ולהעריך מספרים עם נקודה עשרונית.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נקודה, כמו 2.5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נקודה עשרונית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שמפריד בין השלם לחלק הקטן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מהירה של תוצאה בלי לחשב בדיוק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להחליף מספר במספר קרוב ונוח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כפל שני 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מהמספרים שמכפילים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נוח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שקל לחשב איתו, כמו 10 או 100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אפס בסוף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אפס שאפשר להוסיף אחרי הנקודה בלי לשנות את הערך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לנקודה כשכופלים ב-100?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אחד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מקומות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מקומות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 מקומות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מחברים נכון שני מספרים עם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לסדר נקודה מתחת לנקודה ולהוסיף אפס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 כאילו אין נקודה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לחבר רק את הספרות השלמות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לעגל את שני המספרים לפני החיבור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בערך כמה יוצא 59.7 כפול 1.02?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כשכופלים במספר קרוב ל-0.5?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כפול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 פעמים מהמספר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יודעים כמה ספרות יהיו אחרי הנקודה בתוצאה?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הספרות אחרי הנקודה בשני הגורמים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הפרש הספרות אחרי הנקודה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אפס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חיבור וחיסור של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8.76 + 2.7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9.03 − 1.93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7.7 + 0.6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8.89 − 1.62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6.41 + 5.9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9.92 − 0.76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2.5 שווה ל-2.50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לחבר עשרוניים אפשר לחבר בלי לשים לב למקום הנקודה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במספר קרוב ל-1 כמעט לא משנה את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39.8 × 1.03 קרוב ל-4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באומדן מכפלה מעגלים כל גורם למספר 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מכפלה לאומדן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39.8 × 1.03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60.2 × 0.98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כ-40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19.6 × 2.01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כ-40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9.9 × 5.2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כ-2.5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4.8 × 0.49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כ-60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אומדן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להעריך מהר את המכפלה 29.9 × 2.1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התוצאה המוערכת של 9.9 × 5.2?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חשבו: 9.58 − 1.27 =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חשבו: 6.96 − 1.19 =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בלי לחשב שהמכפלה 60.2 × 0.98 קטנה מ-60.2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לנקודה העשרונית כשכופלים ב-1,000?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מעריכים מכפלה בלי לחשב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חשבו: 7.29 − 0.36 = 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שברים עשרוניים ואומדן מכפלות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