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שברים עשרוניים ואומדן מכפלות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חיבור וחיסור של שברים עשרוניים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כפל ב-10/100/1,000 מזיז את הנקודה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אומדן מכפלות על ידי עיגול לגורמים נוחים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שני מקומות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לסדר נקודה מתחת לנקודה ולהוסיף אפס אם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חצי מהמספר המקורי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סכום הספרות אחרי הנקודה בשני הגורמים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חיבור וחיסור של עשרוניים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1. 11.46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2. 7.1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3. 8.3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4. 7.27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5. 12.31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6. 9.16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להוסיף אפסים אחרי הנקודה בלי לשנות את הערך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חייבים לסדר נקודה מתחת לנקודה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מספר קרוב ל-1 כמעט לא מגדיל ולא מקטין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האומדן הנכון הוא בערך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מחשבים מהר בלי דיוק מלא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מכפלה לאומדן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(כ-40)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(כ-60)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(כ-40)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(כ-50)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(כ-2.5)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אומדן וחישוב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מעגלים ל-30×2=60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מעגלים ל-10×5=50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3. 8.31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4. 5.77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הסבר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מסביר שכפל במספר קטן מ-1 מקטין את התוצאה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הנקודה זזה שלושה מקומות ימינה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מעגלים כל גורם למספר נוח ומכפילים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6.93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חלק ה-fill בזוגות ואז להשוות תשובות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החלש אפשר להשמיט את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את דוגמת האומדן 39.8 × 1.03 לפני 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שברים עשרוניים ואומדן מכפלות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חיבור, חיסור וכפל של שברים עשרוניים, וגם נלמד להעריך מכפלה מהר בלי לחשב בדיוק.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בכפל במספר 100, הנקודה העשרונית זזה: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 אחד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מקומות 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מקומות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שלושה מקומות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כדי לחבר 3.4 ועוד 2.75, הכי נכון: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לסדר נקודה מתחת לנקודה ולהוסיף אפס אם צריך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לחבר כאילו אין נקודה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לחבר רק את הספרות השלמות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לעגל את שני המספרים לפני החיבור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אומדן של 59.7 × 1.02 הכי קרוב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0.6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מספר שקרוב ל-0.5 כשמכפילים בו נותן בערך: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כפול מהמספר המקורי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חצי מהמספר המקורי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אותו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 פעמים מהמספר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בכפל שני מספרים עשרוניים, מספר הספרות אחרי הנקודה בתוצאה שווה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סכום הספרות אחרי הנקודה בשני הגורמים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הפרש הספרות אחרי הנקודה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אפס תמיד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חיבור וחיסור של עשרוניים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8.76 + 2.7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9.03 − 1.93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7.7 + 0.6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8.89 − 1.62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6.41 + 5.9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9.92 − 0.76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2.5 שווה ל-2.50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לחבר עשרוניים אפשר לחבר בלי לשים לב למקום הנקודה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כפל במספר קרוב ל-1 כמעט לא משנה את התוצאה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39.8 × 1.03 קרוב ל-4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באומדן מכפלה מעגלים כל גורם למספר נוח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מכפלה לאומדן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39.8 × 1.03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כ-50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60.2 × 0.98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כ-2.5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19.6 × 2.01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כ-40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9.9 × 5.2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כ-60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4.8 × 0.49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כ-40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אומדן וחישוב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איך אפשר להעריך מהר את המכפלה 29.9 × 2.1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התוצאה המוערכת של 9.9 × 5.2?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חשבו: 9.58 − 1.27 = 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חשבו: 6.96 − 1.19 = 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הסבר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איך אפשר לדעת בלי לחשב שהמכפלה 60.2 × 0.98 קטנה מ-60.2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לנקודה העשרונית כשכופלים ב-1,000?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מעריכים מכפלה בלי לחשב בדיוק?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חשבו: 7.29 − 0.36 = 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שברים עשרוניים ואומדן מכפלות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